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للدكتور يحي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