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الدكتور جمال فنان : التعليم الأهلي في الجزائر في عهد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