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أعمال د. بوعلام بسايح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وزارة المجاهدين/ د. بوعلام بسايح/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المجاهدين/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صور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9789947995013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