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الامير عبد القادر رائد الكفاح الجزائري سيرته الذاتية وجهاده ويليه بطل الكفاح الأمير عبد القادر الجزائري ويليه مراسلات الأمير عيد القادر مع اسبانيا وحكامها العسكريين بميليلية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يحي بوعزيز/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9789947912027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