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اعمال د. علام بسايح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بوعلام بسايح/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9789961846971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