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أعمال الدكتور جمال قنان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المجاهدين/ د. جمال قنان/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المجاهدين/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965384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