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الكتابة النسوية : التلقي , الخطاب والتمثلات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داود/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البحث في الأنتروبولوجيا الاجتماعية والثقافية -وهران*/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ملاحق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 النسوية/ الأدب النسوي/ الخطاب الروائي النسوي/ الخطاب الأنثوي/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