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في الجزائر من الأصول إلى اليوم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سعيد بن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نيسو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العدالة/ الإحتلال/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