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الدكتور جمال قنان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