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coopération et le partenariat euro-méditerranéen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مجلس الأمة - الجزائر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la copération/ le partenarait/ euro-méditerranéen/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