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الدكتور جمال قنان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9653813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