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سكيكدة : تاريخ وبصمات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تظاهرة الجزائر عاصمة الثقافة العربية 2007/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31*23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9789961975602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تاريخ/ سكيكدة/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