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des résumés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centre universitaire larbi ben m'hidi oum el-bouaghi/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université larbi ben m' hidi oum el bouaghi/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Polyphénols/ plantes médicinales/ biogenèse/ alcaloides/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