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Boumehdi : l'art de la céramique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Abdelkrim djilali/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Zaki bouzid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9961771028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la céramique/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