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الاقتصادية وطرق حل المشكلات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الازمات السياسية/ الصراع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