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الانتاج والعمليات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خضير كاظم 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, منحنيات بيانية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9789957244453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الانتاج/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