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شهاب أحمد سعيد العزعزي/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9789957801007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