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الترويج والاتصالات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عنبر إبراهيم شلاش/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9789957166717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الاتصالات/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