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ثامر ياس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ستش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