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المشروعات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 حسين أبو سمرة/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, 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9789957499891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 المشاريع/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