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المشروعات/ ادارة/ تنظيم/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