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منير ابراهيم هندي/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9771741950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