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باستخدام : التوريق والمشتقات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الهندسة المالية/ التوريق/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