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الإدارة المالية الدولية والتعامل بالعملات الأجنبية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عرفات ابراهيم فياض/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9789957820602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 المالية/ الاقتصاد الدولي/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