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فايز سليم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978-9957-32419-3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الادارة المالية/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