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الاقتصاد الجزئي/ الأسواق/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