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الإفصاح والشفافية كأحد مبادئ الحوكمة في قانون الشركات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أحمد على خضر/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الفكرناشرون وموزعون/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212ص.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9789773790707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قانون الشركات/ الإفصاح/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