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الشاملة وتحقيق الرقابة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سمير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المشتقات/ الجودة الشاملة/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