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أكرم ياملكي/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9789957161040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