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وراق المالية وأسواق ال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نير إبراهيم ه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الدلتا ل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0354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وراق المالية/ أسواق المال/ السيولة/ المستثم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