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 من القطاع العام الى القطاع الخاص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