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التزامات البنك في الاعتمادات المستندية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بلعيساوي محمد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9786144012192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الاعتمادات المستندية/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