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زينات محمد محرم/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المحاسبة الادارية/ الموازنات التخطيطية/ الانفاق الاستثماري/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