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سمير الصبان/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القياس المحاسبي/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