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عامر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المحاسبة الادارية/ الموازنات/ محاسبة المسؤولية/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