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والإقتصاد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عبد الرحمن الهاشمي/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الاداري الاقتصاد/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