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الكمي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مؤيد محمد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