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المنافسة - التنافسية والبدائل الإستراتيجية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د. زغدار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9789957382339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المنافسة/ التحالفات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