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الضرائب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عبد المجيد قدي/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الضرائب/ الضرائب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