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أنظمة التكاليف في المنشأت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عبد الغني/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أنظمة التكاليف/ المنشآت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