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مسئولية مراقب الحسابات عن كشف الغش والفساد وغسل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عبد الوهاب نصر على/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9789774222177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غسل الاموال/ مراقبة الحسابات/ الفساد/ الغش/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