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محاسبة المؤسسات المالية البنوك وشركات التأمين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أ د.عبد الرزاق قاسم الشحادة/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زمزم ناشرون ومؤلفون/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320ص.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9789957720476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المحاسبة/ محاسبة البنوك التجارية/ محاسبة شركات التأمين/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