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 اسماعيل علي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الفلاح/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9789957171179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البنوك التجارية/ النظام المحاسبي/ الاعتمادات المستندية/ القطع الأجنبي/ التقارير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