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نظريات وسياسات التجارة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صفوت قابل/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ميزان المدفوعات/ المعاملات الاقتصادية/ النفقات النسبية/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