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محاسبة التكاليف الفعلية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صالح عبد الله الرزق/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زهران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437ص.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65712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المحاسبة/ محاسبة التكاليف/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