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التكاليف الصناعية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أ. عامر عبد الله شقر/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محاسبة التكاليف/ الشركات الصناعية/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