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أساليب الإستدلال الإحصائي والتنبؤ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د. إمتثال محمد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31003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الإستدلال الإحصائي/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