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صبحي أبوصالح/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نسب مئوية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الفيزياء/ الفيزياء النظرية/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