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الأنظمة المحاسبية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الحميد طاحون/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البنوك التجارية/ النظام المحاسبي/ الوحدات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