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Monnaie, banque et marchés financiers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Frederic Mishkin/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9.éd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Pearson/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banque, marché financier, monnaie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9782744074547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banque/ monnaie/ marché financier/ </w:t>
            </w:r>
          </w:p>
        </w:tc>
      </w:tr>
    </w:tbl>
    <w:p>
      <w:pPr>
        <w:pStyle w:val="Heading3"/>
      </w:pPr>
      <w:r>
        <w:t>ملخص</w:t>
      </w:r>
    </w:p>
    <w:p>
      <w:r>
        <w:t>Analyse la structure des marchés financiers et des changes, la gestion des institutions financières et le rôle de la politique monétaire dans l'économie à partir d'une méthode essentiellement descriptive. Cette adaptation compare les Etats-Unis, cadre de référence de l'ouvrage initial, à l'Union européenne, à l'intégration spécifique beaucoup moins aboutie.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